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反倾岩质斜坡振动台模型试验数据-加载工况</w:t>
      </w:r>
    </w:p>
    <w:p>
      <w:r>
        <w:rPr>
          <w:sz w:val="22"/>
        </w:rPr>
        <w:t>英文标题：Shaking table model test data for counter-bedding rock slope - load condition</w:t>
      </w:r>
    </w:p>
    <w:p>
      <w:r>
        <w:rPr>
          <w:sz w:val="32"/>
        </w:rPr>
        <w:t>1、摘要</w:t>
      </w:r>
    </w:p>
    <w:p>
      <w:pPr>
        <w:ind w:firstLine="432"/>
      </w:pPr>
      <w:r>
        <w:rPr>
          <w:sz w:val="22"/>
        </w:rPr>
        <w:t>试验共采用两种类型的地震波作为动力输入，一类为人工合成波，包括正弦波和不同超越概率的人工合成波；另一类为天然波，采用汶川卧龙波和汶川茂县波。正弦波幅值和频率是唯一的，所以可以用来研究地震动参数对斜坡动力响应的影响；天然波选取的为汶川地震发生时卧龙台站记录的土层地震波和茂县台站记录的基岩地震波，旨在通过对比两种地震波作用下斜坡的动力响应规律，探明不同类型地震波的输入对岩质斜坡动力响应规律的影响。每次加载完成后都进行白噪声扫描，用于分析斜坡的自振特性。每次加载完成后停留10分钟用于拍照和观察斜坡的破坏情况。</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地貌</w:t>
      </w:r>
      <w:r>
        <w:t>,</w:t>
      </w:r>
      <w:r>
        <w:rPr>
          <w:sz w:val="22"/>
        </w:rPr>
        <w:t>其他</w:t>
      </w:r>
      <w:r>
        <w:t>,</w:t>
      </w:r>
      <w:r>
        <w:rPr>
          <w:sz w:val="22"/>
        </w:rPr>
        <w:t>地貌</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2021-07-30 16:00:00+00:00</w:t>
      </w:r>
    </w:p>
    <w:p>
      <w:r>
        <w:rPr>
          <w:sz w:val="32"/>
        </w:rPr>
        <w:t>6、引用方式</w:t>
      </w:r>
    </w:p>
    <w:p>
      <w:pPr>
        <w:ind w:left="432"/>
      </w:pPr>
      <w:r>
        <w:rPr>
          <w:sz w:val="22"/>
        </w:rPr>
        <w:t xml:space="preserve">数据的引用: </w:t>
      </w:r>
    </w:p>
    <w:p>
      <w:pPr>
        <w:ind w:left="432" w:firstLine="432"/>
      </w:pPr>
      <w:r>
        <w:t xml:space="preserve">郭明珠. 反倾岩质斜坡振动台模型试验数据-加载工况. 国家青藏高原科学数据中心, DOI:10.11888/Terre.tpdc.272179, CSTR:18406.11.Terre.tpdc.272179, </w:t>
      </w:r>
      <w:r>
        <w:t>2022</w:t>
      </w:r>
      <w:r>
        <w:t>.[</w:t>
      </w:r>
      <w:r>
        <w:t xml:space="preserve">GUO Mingzhu. Shaking table model test data for counter-bedding rock slope - load condition. National Tibetan Plateau Data Center, DOI:10.11888/Terre.tpdc.272179, CSTR:18406.11.Terre.tpdc.272179,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