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青海省参加工伤保险人员统计（2007-2020）</w:t>
      </w:r>
    </w:p>
    <w:p>
      <w:r>
        <w:rPr>
          <w:sz w:val="22"/>
        </w:rPr>
        <w:t>英文标题：Statistics of employees participating in industrial injury insurance in Qinghai Province (2007-2020)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2007-2020年青海省参加工伤保险人员的统计数据，数据按参保单位户数、参保人员、享受工伤保险待遇的、因公死亡人数、供养亲属人数等划分的。数据整理自青海省统计局发布的青海省统计年鉴。数据集包含13个数据表，分别为：参加工伤保险人员2007-2008年.xls，参加工伤保险人员2007-2009年.xls，参加工伤保险人员2007-2010年.xls，参加工伤保险人员2007-2011年.xls，参加工伤保险人员2007-2012年.xls，青海省参加工伤保险人员情况（2014-2019）.xls，青海省参加工伤保险人员情况2015－2020.xls等。数据表结构相同。例如2007-2008年的数据表共有4个字段：</w:t>
        <w:br/>
        <w:t>字段1：年份</w:t>
        <w:br/>
        <w:t>字段2：指标</w:t>
        <w:br/>
        <w:t>字段3：2007</w:t>
        <w:br/>
        <w:t>字段4：2008"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保险业务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2007-2020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青海省参加工伤保险人员统计（2007-2020）. 国家青藏高原科学数据中心, </w:t>
      </w:r>
      <w:r>
        <w:t>2021</w:t>
      </w:r>
      <w:r>
        <w:t>.[</w:t>
      </w:r>
      <w:r>
        <w:t xml:space="preserve">Qinghai Provincial Bureau of Statistics. Statistics of employees participating in industrial injury insurance in Qinghai Province (2007-2020).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