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排露沟流域微气象场数据（2013）</w:t>
      </w:r>
    </w:p>
    <w:p>
      <w:r>
        <w:rPr>
          <w:sz w:val="22"/>
        </w:rPr>
        <w:t>英文标题：Micro-meteorological data in Pailougou watershed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气象场位于祁连山排露沟流域2700m草地，数据记录日期为2013年5月至2013年9月，包括1.5m处空气湿度、3.0m处气温、2.8m处大气压、1.3m处降水量、2.2m处风速、3.1m太阳总辐射量等，单位分别为%、℃、Pa、m、m/s、W•m-2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太阳入射辐射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2013-05-13 01:15:00+00:00</w:t>
      </w:r>
      <w:r>
        <w:rPr>
          <w:sz w:val="22"/>
        </w:rPr>
        <w:t>--</w:t>
      </w:r>
      <w:r>
        <w:rPr>
          <w:sz w:val="22"/>
        </w:rPr>
        <w:t>2013-10-12 01:15:00+00:00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排露沟流域微气象场数据（2013）. 国家青藏高原科学数据中心, DOI:10.3972/heihe.228.2013.db, CSTR:18406.11.heihe.228.2013.db, </w:t>
      </w:r>
      <w:r>
        <w:t>2014</w:t>
      </w:r>
      <w:r>
        <w:t>.[</w:t>
      </w:r>
      <w:r>
        <w:t xml:space="preserve">HE Zhibin. Micro-meteorological data in Pailougou watershed (2013). National Tibetan Plateau Data Center, DOI:10.3972/heihe.228.2013.db, CSTR:18406.11.heihe.228.2013.db,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