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黑河生态水文遥感试验：水文气象观测网数据集（裸地站涡动相关仪-2013）</w:t>
      </w:r>
    </w:p>
    <w:p>
      <w:r>
        <w:rPr>
          <w:sz w:val="22"/>
        </w:rPr>
        <w:t>英文标题：HiWATER：Dataset of hydrometeorological observation network (eddy covariance system of barren-land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该数据集包含了2013年7月10日至2013年12月31日的黑河水文气象观测网下游裸地站的涡动相关仪观测数据。站点位于内蒙古额济纳旗四道桥，下垫面是裸地。观测点的经纬度是101.1326E,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7月17日-9月13日CO2/H2O分析仪进行维修，12月6日-12月11日采集器存储有问题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2013-07-10至2013-12-31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2013-07-18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黑河生态水文遥感试验：水文气象观测网数据集（裸地站涡动相关仪-2013）. 国家青藏高原科学数据中心, DOI:10.3972/hiwater.198.2014.db, CSTR:18406.11.hiwater.198.2014.db, </w:t>
      </w:r>
      <w:r>
        <w:t>2016</w:t>
      </w:r>
      <w:r>
        <w:t>.[</w:t>
      </w:r>
      <w:r>
        <w:t xml:space="preserve">TAN  Junlei, LIU Shaomin, XU Ziwei, LI Xin, CHE Tao, REN Zhiguo. HiWATER：Dataset of hydrometeorological observation network (eddy covariance system of barren-land station, 2013). National Tibetan Plateau Data Center, DOI:10.3972/hiwater.198.2014.db, CSTR:18406.11.hiwater.198.2014.db,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