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青海省主要年份农林牧渔业总产值（1952-2020）</w:t>
      </w:r>
    </w:p>
    <w:p>
      <w:r>
        <w:rPr>
          <w:sz w:val="22"/>
        </w:rPr>
        <w:t>英文标题：Total output value of agriculture, forestry, animal husbandry and fishery in Qinghai Province in Main Years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农林牧渔业总产值，统计数据覆盖时间范围为1952年-2020年。数据按主要年份和西宁市、海东市、海北州、黄南州、海南州、果洛州、玉树州、海西州地域项目划分。数据集包含8个数据表，分别为：青海省主要年份农林牧渔业总产值（1952-2020）.xls，主要年份农林牧渔业总产值（2012年），主要年份农林牧渔业总产值（2013年），主要年份农林牧渔业总产值（2014年），主要年份农林牧渔业总产值（2015年），主要年份农林牧渔业总产值（2016年），主要年份农林牧渔业总产值（2017年），主要年份农林牧渔业总产值（2018年）。数据表结构相似。例如主要年份农林牧渔业总产值（2012年）数据表共有7个字段：</w:t>
        <w:br/>
        <w:t>字段1：年份</w:t>
        <w:br/>
        <w:t>字段2：农林牧渔业总产值</w:t>
        <w:br/>
        <w:t>字段3：农业</w:t>
        <w:br/>
        <w:t>字段4：林业</w:t>
        <w:br/>
        <w:t>字段5：牧业</w:t>
        <w:br/>
        <w:t>字段6：渔业</w:t>
        <w:br/>
        <w:t>字段7：农林牧渔专业及辅助性活动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青海省主要年份农林牧渔业总产值（1952-2020）. 国家青藏高原科学数据中心, </w:t>
      </w:r>
      <w:r>
        <w:t>2021</w:t>
      </w:r>
      <w:r>
        <w:t>.[</w:t>
      </w:r>
      <w:r>
        <w:t xml:space="preserve">AGRICULTURAL AND RURAL    Department of Qinghai Province. Total output value of agriculture, forestry, animal husbandry and fishery in Qinghai Province in Main Years (2012-2020).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