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海河流域多尺度地表通量与气象要素观测数据集：怀来站大孔径闪烁仪（2020）</w:t>
      </w:r>
    </w:p>
    <w:p>
      <w:r>
        <w:rPr>
          <w:sz w:val="22"/>
        </w:rPr>
        <w:t>英文标题：Multi-scale surface flux and meteorological elements observation dataset in the Hai River Basin (Huailai station-large aperture scintillometer,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怀来站的大孔径闪烁仪通量观测数据。怀来站分别架设了BLS450和zzlas型号的大孔径闪烁仪，北塔为zzlas的接收端和BLS450的发射端，南塔为zzlas的发射端和BLS450的接收端。观测时间为2020年1月1日至2020年12月31日。站点位于河北省怀来县东花园镇，下垫面是玉米。北塔的经纬度是115.8023E，40.3596N，南塔的经纬度是115.7825E，40.3522N，海拔高度约480m。大孔径闪烁仪的有效高度14m，光径长度是1870m，采样频率是1min。</w:t>
        <w:br/>
        <w:t>大孔径闪烁仪原始观测数据为1min，发布的数据为经过处理与质量控制后的数据，其中感热通量主要是结合自动气象站观测数据，基于莫宁-奥布霍夫相似理论通过迭代计算得到，主要的质量控制步骤包括：（1）剔除Cn2达到饱和的数据；（2）剔除解调信号强度较弱的数据；（3）剔除降水时刻的数据；（4）剔除稳定条件下的弱湍流的数据（u*小于0.1m/s）。</w:t>
        <w:br/>
        <w:t>关于发布数据的几点说明：（1）怀来站LAS数据以BLS450为主，缺失时刻由zzlas观测补充，两者都缺失则以-6999标记。（2）数据表头：Date/Time ：日期/时间（格式：yyyy/m/d h:mm），Cn2 ：空气折射指数结构参数（单位：m-2/3），H_LAS ：感热通量（单位：W/m2）。数据时间的含义，如0:30代表0:00-0:30的平均；数据以*.xlsx格式存储。由于供电问题，产生一些数据缺失。</w:t>
        <w:br/>
        <w:t>观测试验或站点信息请参考Guo et al. (2020)，观测数据处理请参考Liu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东：115.8023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海河流域多尺度地表通量与气象要素观测数据集：怀来站大孔径闪烁仪（2020）. 国家青藏高原科学数据中心, DOI:10.11888/Hydro.tpdc.271784, CSTR:18406.11.Hydro.tpdc.271784,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station-large aperture scintillometer, 2020). National Tibetan Plateau Data Center, DOI:10.11888/Hydro.tpdc.271784, CSTR:18406.11.Hydro.tpdc.271784,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