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青海省循化县草地类型面积、载畜量统计数据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Xunhua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循化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循化县草地类型等级面积、载畜量统计数据（1988）、循化县草地类型面积、载畜量统计数据 （2012）。数据表结构相似。例如循化县草地类型面积、载畜量统计数据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循化县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青海省循化县草地类型面积、载畜量统计数据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Xunhua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