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青海省城镇生活及其他污染情况（2002-2013）</w:t>
      </w:r>
    </w:p>
    <w:p>
      <w:r>
        <w:rPr>
          <w:sz w:val="22"/>
        </w:rPr>
        <w:t>英文标题：Urban living and other pollution in Qinghai Province (2002-2013)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该数据集记录了青海省城镇生活及其他污染情况，数据是按地区进行划分的。数据整理自青海省统计局发布的青海省统计年鉴。数据集包含10个数据表，各数据表结构相同。例如2013年的数据表共有2个字段：</w:t>
        <w:br/>
        <w:t>字段1：指标</w:t>
        <w:br/>
        <w:t>字段2：年份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污染物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青海省城镇生活及其他污染情况（2002-2013）. 国家青藏高原科学数据中心, </w:t>
      </w:r>
      <w:r>
        <w:t>2021</w:t>
      </w:r>
      <w:r>
        <w:t>.[</w:t>
      </w:r>
      <w:r>
        <w:t xml:space="preserve">Qinghai Provincial Bureau of Statistics. Urban living and other pollution in Qinghai Province (2002-2013).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