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塔里木河流域1:10万沙漠沙地分布图（2000）</w:t>
      </w:r>
    </w:p>
    <w:p>
      <w:r>
        <w:rPr>
          <w:sz w:val="22"/>
        </w:rPr>
        <w:t>英文标题：1:100,000 data of distribution of desert for the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10万沙漠分布图，本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3.文件大小：0.801MB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塔里木河流域1:10万沙漠沙地分布图（2000）. 国家青藏高原科学数据中心, </w:t>
      </w:r>
      <w:r>
        <w:t>2014</w:t>
      </w:r>
      <w:r>
        <w:t>.[</w:t>
      </w:r>
      <w:r>
        <w:t xml:space="preserve">WANG Jianhua. 1:100,000 data of distribution of desert for the Tarim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