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祁连山综合观测网：黑河流域地表过程综合观测网（张掖湿地站涡动相关仪-2019）</w:t>
      </w:r>
    </w:p>
    <w:p>
      <w:r>
        <w:rPr>
          <w:sz w:val="22"/>
        </w:rPr>
        <w:t>英文标题：Qilian Mountains integrated observatory network: Dataset of Heihe integrated observatory network (eddy covariance system of Zhangye wetland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该数据集包含了2019年1月1日至2019年12月31日的黑河水文气象观测网中游张掖湿地站涡动相关仪观测数据。站点位于甘肃省张掖市，下垫面是湿地。观测点的经纬度是100.44640E, 38.97514N，海拔1460.00m。涡动相关仪的架高5.2m，采样频率是10Hz，超声朝向是正北向，超声风速仪（Gill）与CO2/H2O分析仪(Li7500A)之间的距离是25cm。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2月20日-3月11日，3月23日-4月11日，5月17日-6月5日由于涡动系统的供电出现问题，通量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比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黑河流域中游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2019-01-16 00:00:00+00:00</w:t>
      </w:r>
      <w:r>
        <w:rPr>
          <w:sz w:val="22"/>
        </w:rPr>
        <w:t>--</w:t>
      </w:r>
      <w:r>
        <w:rPr>
          <w:sz w:val="22"/>
        </w:rPr>
        <w:t>2020-01-15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祁连山综合观测网：黑河流域地表过程综合观测网（张掖湿地站涡动相关仪-2019）. 国家青藏高原科学数据中心, DOI:10.11888/Meteoro.tpdc.270690, CSTR:18406.11.Meteoro.tpdc.270690,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(eddy covariance system of Zhangye wetland station, 2019). National Tibetan Plateau Data Center, DOI:10.11888/Meteoro.tpdc.270690, CSTR:18406.11.Meteoro.tpdc.270690,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