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青海省黄南州废水废气污水处理厂监测数据（2017-2018）</w:t>
      </w:r>
    </w:p>
    <w:p>
      <w:r>
        <w:rPr>
          <w:sz w:val="22"/>
        </w:rPr>
        <w:t>英文标题：Monitoring data of Huangnan wastewater treatment plant in Qinghai Province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2017-2018年黄南州废水废气污水处理厂监测数据统计情况。数据来源于青海省生态环境厅。数据集包含11个数据表分别为：2017年第二季度黄南州污水处理厂监测数据审核表，2017年第三季度黄南州污水处理厂监测数据审核，2017年第四季度黄南州国控企业废水监测数据审核，2017年第一季度黄南州国控省控企业废气监测数据审核，2017年第一季度黄南州污水处理厂监测数据审核，黄南州2017年11月污水处理厂监测数据审核，黄南州2017年第三季度省控企业污染源废水监测数据审核表、黄南州2018年1季度废水监测数据审核，黄南州2018年2季度废气监测数据审核，黄南州2018年2季度污水处理厂监测数据审核，黄南州2018年3季度污水处理厂监测数据审核，黄南州2018年4季度国控企业废气监测数据审核，黄南州2018年4季度污水处理厂监测数据审核。数据表结构不相同。</w:t>
        <w:br/>
        <w:t>污水处理厂监测数据审核表：共15个字段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青海省黄南州废水废气污水处理厂监测数据（2017-2018）. 国家青藏高原科学数据中心, </w:t>
      </w:r>
      <w:r>
        <w:t>2021</w:t>
      </w:r>
      <w:r>
        <w:t>.[</w:t>
      </w:r>
      <w:r>
        <w:t xml:space="preserve">Department of Ecology and Environment of Qinghai Province. Monitoring data of Huangnan wastewater treatment plant in Qinghai Province (2017-2018).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