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西藏阿里-那曲地区第二次青藏高原综合科学考察植被样方调查照片（2019-2020）</w:t>
      </w:r>
    </w:p>
    <w:p>
      <w:r>
        <w:rPr>
          <w:sz w:val="22"/>
        </w:rPr>
        <w:t>英文标题：Survey photos of vegetation sample plots for the second comprehensive scientific expedition on the Qinghai-Tibet Plateau in Ali-Nagqu area, Tibet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2019年拉萨市和那曲地区的47个样点、2020年阿里和那曲地区的49个样点的调查照片，每个样点的照片包括采样点周围的景观照片，采样样方内植物群落的照片以及优势种的特写照片，可观察到样方内植被群落状况，土壤表面状况以及周围采样区的坡向坡度、人为干扰情况等等，照片均为原图，jpg格式，以手机或相机拍摄，采样点的具体经纬度信息在压缩包内的单独Excel表格中，可对照查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阿里-那曲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3.文件大小：2508.8MB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北：33.2023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西：79.8119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东：96.74002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田大栓. 西藏阿里-那曲地区第二次青藏高原综合科学考察植被样方调查照片（2019-2020）. 国家青藏高原科学数据中心, DOI:10.11888/Ecolo.tpdc.271395, CSTR:18406.11.Ecolo.tpdc.271395, </w:t>
      </w:r>
      <w:r>
        <w:t>2021</w:t>
      </w:r>
      <w:r>
        <w:t>.[</w:t>
      </w:r>
      <w:r>
        <w:t xml:space="preserve">TIAN    Dashuan. Survey photos of vegetation sample plots for the second comprehensive scientific expedition on the Qinghai-Tibet Plateau in Ali-Nagqu area, Tibet (2019-2020). National Tibetan Plateau Data Center, DOI:10.11888/Ecolo.tpdc.271395, CSTR:18406.11.Ecolo.tpdc.271395,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田大栓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tiands@igsnrr.ac.cn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