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青海省按行业和农轻重分组的本年完成投资（1998-2000）</w:t>
      </w:r>
    </w:p>
    <w:p>
      <w:r>
        <w:rPr>
          <w:sz w:val="22"/>
        </w:rPr>
        <w:t>英文标题：Completed investment of Qinghai Province in this year grouped by industry and agriculture (1998-2000)</w:t>
      </w:r>
    </w:p>
    <w:p>
      <w:r>
        <w:rPr>
          <w:sz w:val="32"/>
        </w:rPr>
        <w:t>1、摘要</w:t>
      </w:r>
    </w:p>
    <w:p>
      <w:pPr>
        <w:ind w:firstLine="432"/>
      </w:pPr>
      <w:r>
        <w:rPr>
          <w:sz w:val="22"/>
        </w:rPr>
        <w:t>该数据集记录了青海省按行业和农轻重分组的本年完成投资的统计数据，数据按行业、区域、隶属关系和注册类型等划分的。数据整理自青海省统计局发布的青海省统计年鉴。数据集包含3个数据表，分别为：按行业和农轻重分组的本年完成投资1998年.xls，按行业和农轻重分组的本年完成投资1999年.xls，按行业和农轻重分组的本年完成投资2000年.xls。数据表结构相同。例如1998年的数据表共有5个字段：</w:t>
        <w:br/>
        <w:t>字段1：指标名称</w:t>
        <w:br/>
        <w:t>字段2：基本建设</w:t>
        <w:br/>
        <w:t>字段3：更新改造</w:t>
        <w:br/>
        <w:t>字段4：其他投资</w:t>
        <w:br/>
        <w:t>字段5：房地产开发</w:t>
      </w:r>
    </w:p>
    <w:p>
      <w:r>
        <w:rPr>
          <w:sz w:val="32"/>
        </w:rPr>
        <w:t>2、关键词</w:t>
      </w:r>
    </w:p>
    <w:p>
      <w:pPr>
        <w:ind w:left="432"/>
      </w:pPr>
      <w:r>
        <w:rPr>
          <w:sz w:val="22"/>
        </w:rPr>
        <w:t>主题关键词：</w:t>
      </w:r>
      <w:r>
        <w:rPr>
          <w:sz w:val="22"/>
        </w:rPr>
        <w:t>按农、轻、重工业划分</w:t>
      </w:r>
      <w:r>
        <w:t>,</w:t>
      </w:r>
      <w:r>
        <w:rPr>
          <w:sz w:val="22"/>
        </w:rPr>
        <w:t>社会经济</w:t>
      </w:r>
      <w:r>
        <w:t>,</w:t>
      </w:r>
      <w:r>
        <w:rPr>
          <w:sz w:val="22"/>
        </w:rPr>
        <w:t>年度完成投资额</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1998-2000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青海省按行业和农轻重分组的本年完成投资（1998-2000）. 国家青藏高原科学数据中心, </w:t>
      </w:r>
      <w:r>
        <w:t>2021</w:t>
      </w:r>
      <w:r>
        <w:t>.[</w:t>
      </w:r>
      <w:r>
        <w:t xml:space="preserve">Qinghai Provincial Bureau of Statistics. Completed investment of Qinghai Province in this year grouped by industry and agriculture (1998-2000).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