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青海省交通运输业基本情况（1995-2020）</w:t>
      </w:r>
    </w:p>
    <w:p>
      <w:r>
        <w:rPr>
          <w:sz w:val="22"/>
        </w:rPr>
        <w:t>英文标题：Basic situation of transportation industry in Qinghai Province (1995-2020)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交通运输业基本情况1995-2020年的统计数据，数据按铁路、公路、民用航空、出港货邮量、输油管道、货物周转量总计等划分的。数据整理自青海省统计局发布的青海省统计年鉴。数据集包含20个数据表，分别为：</w:t>
        <w:br/>
        <w:t>主要年份交通运输业基本情况1990年-2005.xls</w:t>
        <w:br/>
        <w:t>主要年份交通运输业基本情况1995-2004年.xls</w:t>
        <w:br/>
        <w:t>主要年份交通运输业基本情况1995-2006.xls</w:t>
        <w:br/>
        <w:t>主要年份交通运输业基本情况1995-2007.xls</w:t>
        <w:br/>
        <w:t>主要年份交通运输业基本情况1995-2008年.xls</w:t>
        <w:br/>
        <w:t>主要年份交通运输业基本情况1995-2009.xls</w:t>
        <w:br/>
        <w:t>主要年份交通运输业基本情况2000-2010年.xls</w:t>
        <w:br/>
        <w:t>主要年份交通运输业基本情况2000-2011.xls</w:t>
        <w:br/>
        <w:t>主要年份交通运输业基本情况2008-2014年.xls</w:t>
        <w:br/>
        <w:t>主要年份交通运输业基本情况2009-2013年.xls</w:t>
        <w:br/>
        <w:t>主要年份交通运输业基本情况2010-2015年.xls</w:t>
        <w:br/>
        <w:t>主要年份交通运输业基本情况2012-2016年.xls</w:t>
        <w:br/>
        <w:t>主要年份交通运输业基本情况2012-2017年.xls</w:t>
        <w:br/>
        <w:t>主要年份交通运输业基本情况2013-2018年.xls</w:t>
        <w:br/>
        <w:t>主要年份交通运输业基本情况2007-2012年.xls</w:t>
        <w:br/>
        <w:t>主要年份交通运输业基本情况2013-2020年.xls</w:t>
        <w:br/>
        <w:t>交通运输业基本情况1995-2001年.xls</w:t>
        <w:br/>
        <w:t>交通运输业基本情况1995-2002年.xls</w:t>
        <w:br/>
        <w:t xml:space="preserve">交通运输业基本情况1995-2003.xls  </w:t>
        <w:br/>
        <w:t>数据表结构相同。例如交通运输业基本情况1995-2001年数据表共有8个字段：</w:t>
        <w:br/>
        <w:t>字段1：指标</w:t>
        <w:br/>
        <w:t>字段2：1995</w:t>
        <w:br/>
        <w:t>字段3：1996</w:t>
        <w:br/>
        <w:t>字段4：1997</w:t>
        <w:br/>
        <w:t>字段5：1998</w:t>
        <w:br/>
        <w:t>字段6：1999</w:t>
        <w:br/>
        <w:t>字段7：2000</w:t>
        <w:br/>
        <w:t>字段8：2001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基本情况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青海省交通运输业基本情况（1995-2020）. 国家青藏高原科学数据中心, </w:t>
      </w:r>
      <w:r>
        <w:t>2021</w:t>
      </w:r>
      <w:r>
        <w:t>.[</w:t>
      </w:r>
      <w:r>
        <w:t xml:space="preserve">Qinghai Provincial Bureau of Statistics. Basic situation of transportation industry in Qinghai Province (1995-2020).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