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青海省分地区卫生机构、人员、床位等情况（1998-2011）</w:t>
      </w:r>
    </w:p>
    <w:p>
      <w:r>
        <w:rPr>
          <w:sz w:val="22"/>
        </w:rPr>
        <w:t>英文标题：Health institutions, personnel and beds in different regions of Qinghai Province (1998-2011)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1998-2011年青海省分地区卫生机构、人员、床位等情况的统计数据，数据是按类别、西宁市、海东地区、海北州、黄南州、海南州、果洛州、玉树州、海西州来划分的。数据整理自青海省统计局发布的青海省统计年鉴。数据集包含47个数据表，数据表结构不同。例如2006年的数据表共有9个字段：</w:t>
        <w:br/>
        <w:t>字段1：类别</w:t>
        <w:br/>
        <w:t>字段2：西宁市</w:t>
        <w:br/>
        <w:t>字段3：海东地区</w:t>
        <w:br/>
        <w:t>字段4：海北州</w:t>
        <w:br/>
        <w:t>字段5：黄南州</w:t>
        <w:br/>
        <w:t>字段6：海南州</w:t>
        <w:br/>
        <w:t>字段7：果洛州</w:t>
        <w:br/>
        <w:t>字段8：玉树州</w:t>
        <w:br/>
        <w:t>字段9：海西州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医疗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卫生机构、人员、床位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3.文件大小：0.584MB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青海省分地区卫生机构、人员、床位等情况（1998-2011）. 国家青藏高原科学数据中心, </w:t>
      </w:r>
      <w:r>
        <w:t>2021</w:t>
      </w:r>
      <w:r>
        <w:t>.[</w:t>
      </w:r>
      <w:r>
        <w:t xml:space="preserve">Qinghai Provincial Bureau of Statistics. Health institutions, personnel and beds in different regions of Qinghai Province (1998-2011).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