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青海省按工业部门分工业生产者出厂价格指数（1989-2015）</w:t>
      </w:r>
    </w:p>
    <w:p>
      <w:r>
        <w:rPr>
          <w:sz w:val="22"/>
        </w:rPr>
        <w:t>英文标题：Producer price index of Qinghai Province by industrial sector (1989-2015)</w:t>
      </w:r>
    </w:p>
    <w:p>
      <w:r>
        <w:rPr>
          <w:sz w:val="32"/>
        </w:rPr>
        <w:t>1、摘要</w:t>
      </w:r>
    </w:p>
    <w:p>
      <w:pPr>
        <w:ind w:firstLine="432"/>
      </w:pPr>
      <w:r>
        <w:rPr>
          <w:sz w:val="22"/>
        </w:rPr>
        <w:t>该数据集记录了青海省按工业部门分工业生产者出厂价格指数的统计数据，数据按行业、区域、隶属关系和注册类型等划分的。数据整理自青海省统计局发布的青海省统计年鉴。数据集包含3个数据表，分别为：青按工业部门分工业生产者出厂价格指数1989-2001年.xls，按工业部门分工业生产者出厂价格指数2001-2014年 .xls，按工业部门分工业生产者出厂价格指数2001-2015年.xls。数据表结构相同。例如2001-2014年的数据表共有2个字段：</w:t>
        <w:br/>
        <w:t>字段1：指标</w:t>
        <w:br/>
        <w:t>字段2：年份</w:t>
      </w:r>
    </w:p>
    <w:p>
      <w:r>
        <w:rPr>
          <w:sz w:val="32"/>
        </w:rPr>
        <w:t>2、关键词</w:t>
      </w:r>
    </w:p>
    <w:p>
      <w:pPr>
        <w:ind w:left="432"/>
      </w:pPr>
      <w:r>
        <w:rPr>
          <w:sz w:val="22"/>
        </w:rPr>
        <w:t>主题关键词：</w:t>
      </w:r>
      <w:r>
        <w:rPr>
          <w:sz w:val="22"/>
        </w:rPr>
        <w:t>按部门划分</w:t>
      </w:r>
      <w:r>
        <w:t>,</w:t>
      </w:r>
      <w:r>
        <w:rPr>
          <w:sz w:val="22"/>
        </w:rPr>
        <w:t>社会经济</w:t>
      </w:r>
      <w:r>
        <w:t>,</w:t>
      </w:r>
      <w:r>
        <w:rPr>
          <w:sz w:val="22"/>
        </w:rPr>
        <w:t>出厂价格指数</w:t>
        <w:br/>
      </w:r>
      <w:r>
        <w:rPr>
          <w:sz w:val="22"/>
        </w:rPr>
        <w:t>学科关键词：</w:t>
      </w:r>
      <w:r>
        <w:rPr>
          <w:sz w:val="22"/>
        </w:rPr>
        <w:t>人地关系</w:t>
        <w:br/>
      </w:r>
      <w:r>
        <w:rPr>
          <w:sz w:val="22"/>
        </w:rPr>
        <w:t>地点关键词：</w:t>
      </w:r>
      <w:r>
        <w:rPr>
          <w:sz w:val="22"/>
        </w:rPr>
        <w:t>青海</w:t>
        <w:br/>
      </w:r>
      <w:r>
        <w:rPr>
          <w:sz w:val="22"/>
        </w:rPr>
        <w:t>时间关键词：</w:t>
      </w:r>
      <w:r>
        <w:rPr>
          <w:sz w:val="22"/>
        </w:rPr>
        <w:t>1989-2015</w:t>
      </w:r>
    </w:p>
    <w:p>
      <w:r>
        <w:rPr>
          <w:sz w:val="32"/>
        </w:rPr>
        <w:t>3、数据细节</w:t>
      </w:r>
    </w:p>
    <w:p>
      <w:pPr>
        <w:ind w:left="432"/>
      </w:pPr>
      <w:r>
        <w:rPr>
          <w:sz w:val="22"/>
        </w:rPr>
        <w:t>1.比例尺：None</w:t>
      </w:r>
    </w:p>
    <w:p>
      <w:pPr>
        <w:ind w:left="432"/>
      </w:pPr>
      <w:r>
        <w:rPr>
          <w:sz w:val="22"/>
        </w:rPr>
        <w:t>2.投影：None</w:t>
      </w:r>
    </w:p>
    <w:p>
      <w:pPr>
        <w:ind w:left="432"/>
      </w:pPr>
      <w:r>
        <w:rPr>
          <w:sz w:val="22"/>
        </w:rPr>
        <w:t>3.文件大小：0.026MB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1988-12-31 16:00:00+00:00</w:t>
      </w:r>
      <w:r>
        <w:rPr>
          <w:sz w:val="22"/>
        </w:rPr>
        <w:t>--</w:t>
      </w:r>
      <w:r>
        <w:rPr>
          <w:sz w:val="22"/>
        </w:rPr>
        <w:t>2015-12-30 16:00:00+00:00</w:t>
      </w:r>
    </w:p>
    <w:p>
      <w:r>
        <w:rPr>
          <w:sz w:val="32"/>
        </w:rPr>
        <w:t>6、引用方式</w:t>
      </w:r>
    </w:p>
    <w:p>
      <w:pPr>
        <w:ind w:left="432"/>
      </w:pPr>
      <w:r>
        <w:rPr>
          <w:sz w:val="22"/>
        </w:rPr>
        <w:t xml:space="preserve">数据的引用: </w:t>
      </w:r>
    </w:p>
    <w:p>
      <w:pPr>
        <w:ind w:left="432" w:firstLine="432"/>
      </w:pPr>
      <w:r>
        <w:t xml:space="preserve">青海省统计局. 青海省按工业部门分工业生产者出厂价格指数（1989-2015）. 国家青藏高原科学数据中心, </w:t>
      </w:r>
      <w:r>
        <w:t>2021</w:t>
      </w:r>
      <w:r>
        <w:t>.[</w:t>
      </w:r>
      <w:r>
        <w:t xml:space="preserve">Qinghai Provincial Bureau of Statistics. Producer price index of Qinghai Province by industrial sector (1989-2015).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