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马来西亚Waterfall锡矿床黑云母花岗岩及单矿物地球化学数据</w:t>
      </w:r>
    </w:p>
    <w:p>
      <w:r>
        <w:rPr>
          <w:sz w:val="22"/>
        </w:rPr>
        <w:t>英文标题：Geochemical data of biotite granite and single mineral in waterfall tin deposit, Malaysia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马来西亚Waterfall锡矿床黑云母花岗岩全岩主微量元素，锆石U-Pb年龄及Lu-Hf同位素数据，全岩Sr-Nd同位素数据，锡石U-Pb年龄数据。全岩主量元素数据由XRF分析获得，微量元素数据由ICP-MS分析获得，锆石U-Pb定年及原位Lu-Hf同位素组成数据由LA-MC-ICP-MS分析获得，全岩Sr-Nd同位素由MC–ICP–MS分析获得，锡石U-Pb定年数据由LA-ICP-MS分析获得。以上数据已发表于高级别SCI期刊，数据真实可靠。通过以上分析，可以研究马来西亚Waterfall锡矿床成矿流体的来源、演化和成矿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马来西亚</w:t>
        <w:br/>
      </w:r>
      <w:r>
        <w:rPr>
          <w:sz w:val="22"/>
        </w:rPr>
        <w:t>时间关键词：</w:t>
      </w:r>
      <w:r>
        <w:rPr>
          <w:sz w:val="22"/>
        </w:rPr>
        <w:t>早三叠世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东：103.91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马来西亚Waterfall锡矿床黑云母花岗岩及单矿物地球化学数据. 国家青藏高原科学数据中心, DOI:https://doi.org/10.1016/j.oregeorev.2020.103336, CSTR:, </w:t>
      </w:r>
      <w:r>
        <w:t>2021</w:t>
      </w:r>
      <w:r>
        <w:t>.[</w:t>
      </w:r>
      <w:r>
        <w:t xml:space="preserve">YANG   Xiaoyong. Geochemical data of biotite granite and single mineral in waterfall tin deposit, Malaysia. National Tibetan Plateau Data Center, DOI:https://doi.org/10.1016/j.oregeorev.2020.103336,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Cao, J. Y., Yang, X. Y., Du, G. F., &amp; Li, H. (2020). Genesis and tectonic setting of the Malaysian Waterfall granites and tin deposit: Constraints from LA–ICP (MC)-MS zircon U–Pb and cassiterite dating and Sr–Nd–Hf isotopes. Ore Geology Reviews, 118. doi:10.1016/j.oregeorev.2020.103336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xyyang555@163.com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