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Yakou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该数据集包含了2018年1月1日至2018年12月31日黑河流域地表过程综合观测网上游垭口站气象要素观测数据。站点位于青海省祁连县大冬树垭口，下垫面是高寒草甸。观测点的经纬度是100.2421E, 38.0142N，海拔4148m。发布的数据包括空气温度、相对湿度传感器架设在5m处，朝向正北；气压计安装在地面上的防撬箱内；翻斗式雨量计安装在2m处；风速与风向传感器架设在10m，朝向正北；四分量辐射仪在气象塔6m处，朝向正南；两个红外温度计安装在6m处，朝向正南，探头朝向是垂直向下；土壤温度探头埋设在地表0cm和地下4cm、10cm、20cm、40cm、80cm、120cm、160cm处；土壤水分探头埋设在地下4cm、10cm、20cm、40cm、80cm、120cm、160cm处；土壤热流板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红外温度2在10月10日-11月17日由于传感器问题，数据错误；风向在8月份以后由于传感器损坏，数据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2018-9-10 10:30；（6）命名规则为：AWS+站点名称。</w:t>
        <w:br/>
        <w:t>黑河综合观测网或站点信息请参考Liu et al. (2018)，观测数据处理请参考Liu et al. (2011)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2018-01-17 08:00:00+00:00</w:t>
      </w:r>
      <w:r>
        <w:rPr>
          <w:sz w:val="22"/>
        </w:rPr>
        <w:t>--</w:t>
      </w:r>
      <w:r>
        <w:rPr>
          <w:sz w:val="22"/>
        </w:rPr>
        <w:t>2019-01-16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祁连山综合观测网：黑河流域地表过程综合观测网（垭口站自动气象站-2018）. 国家青藏高原科学数据中心, DOI:10.11888/Meteoro.tpdc.270769, CSTR:18406.11.Meteoro.tpdc.270769, </w:t>
      </w:r>
      <w:r>
        <w:t>2019</w:t>
      </w:r>
      <w:r>
        <w:t>.[</w:t>
      </w:r>
      <w:r>
        <w:t xml:space="preserve">TAN  Junlei, LI Xin, CHE Tao, ZHANG Yang, LIU Shaomin, XU Ziwei. Qilian Mountains integrated observatory network: Dataset of Heihe integrated observatory network (automatic weather station of Yakou station, 2018). National Tibetan Plateau Data Center, DOI:10.11888/Meteoro.tpdc.270769, CSTR:18406.11.Meteoro.tpdc.270769,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