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青海省农村信用合作社人民币存贷款余额（1985-2018）</w:t>
      </w:r>
    </w:p>
    <w:p>
      <w:r>
        <w:rPr>
          <w:sz w:val="22"/>
        </w:rPr>
        <w:t>英文标题：Balance of RMB deposits and loans of rural credit cooperatives in Qinghai Province (1985-2018)</w:t>
      </w:r>
    </w:p>
    <w:p>
      <w:r>
        <w:rPr>
          <w:sz w:val="32"/>
        </w:rPr>
        <w:t>1、摘要</w:t>
      </w:r>
    </w:p>
    <w:p>
      <w:pPr>
        <w:ind w:firstLine="432"/>
      </w:pPr>
      <w:r>
        <w:rPr>
          <w:sz w:val="22"/>
        </w:rPr>
        <w:t>该数据集记录了青海省农村信用合作社人民币存贷款余额的统计数据，数据按青海省各项存款划分的。数据整理自青海省统计局发布的青海省统计年鉴。数据集主要包含21个数据表，分别为:</w:t>
        <w:br/>
        <w:t>主要年份信用合作社存、贷款年末余额1985-2004年.xls</w:t>
        <w:br/>
        <w:t>主要年份信用合作社存、贷款年末余额1990-2005年.xls</w:t>
        <w:br/>
        <w:t>主要年份信用合作社存、贷款年末余额1990-2006.xls</w:t>
        <w:br/>
        <w:t>主要年份信用合作社存、贷款年末余额1990-2007.xls</w:t>
        <w:br/>
        <w:t>主要年份信用合作社存、贷款年末余额1990-2008年.xls</w:t>
        <w:br/>
        <w:t>主要年份信用合作社存、贷款年末余额1995-2009.xls</w:t>
        <w:br/>
        <w:t>信用合作社存、贷款年末余额1985-1998年.xls</w:t>
        <w:br/>
        <w:t>信用合作社存、贷款年末余额1985-1999年.xls</w:t>
        <w:br/>
        <w:t>信用合作社存、贷款年末余额1985-2000年.xls</w:t>
        <w:br/>
        <w:t>信用合作社存、贷款年末余额1985-2001年.xls</w:t>
        <w:br/>
        <w:t>信用合作社存、贷款年末余额1985-2002年.xls</w:t>
        <w:br/>
        <w:t>信用合作社存、贷款年末余额1985-2003.xls</w:t>
        <w:br/>
        <w:t>农村信用合作社人民币存贷款余额2010年.xls</w:t>
        <w:br/>
        <w:t>农村信用社人民币存、贷款余额2010-2011年.xls</w:t>
        <w:br/>
        <w:t>农村信用社人民币存、贷款余额2010-2012年.xls</w:t>
        <w:br/>
        <w:t>农村信用社人民币存、贷款余额2010-2013年.xls</w:t>
        <w:br/>
        <w:t>农村信用社人民币存、贷款余额2010-2014年.xls</w:t>
        <w:br/>
        <w:t>农村信用社人民币存、贷款余额2015-2016年.xls</w:t>
        <w:br/>
        <w:t>农村信用社人民币存、贷款余额2015-2017年.xls</w:t>
        <w:br/>
        <w:t>农村信用社人民币存、贷款余额2015-2018年.xls</w:t>
        <w:br/>
        <w:t>农村信用社人民币存、贷款余额2015年.xls，数据表结构相似。例如末农村信用合作社人民币存贷款余额2010年数据表主要有5个字段：</w:t>
        <w:br/>
        <w:t>字段1：境内存款</w:t>
        <w:br/>
        <w:t>字段2：个人存款</w:t>
        <w:br/>
        <w:t>字段3：单位存款</w:t>
        <w:br/>
        <w:t>字段4：非存款类金融机构存款</w:t>
        <w:br/>
        <w:t>字段5：境外存款</w:t>
      </w:r>
    </w:p>
    <w:p>
      <w:r>
        <w:rPr>
          <w:sz w:val="32"/>
        </w:rPr>
        <w:t>2、关键词</w:t>
      </w:r>
    </w:p>
    <w:p>
      <w:pPr>
        <w:ind w:left="432"/>
      </w:pPr>
      <w:r>
        <w:rPr>
          <w:sz w:val="22"/>
        </w:rPr>
        <w:t>主题关键词：</w:t>
      </w:r>
      <w:r>
        <w:rPr>
          <w:sz w:val="22"/>
        </w:rPr>
        <w:t>农业经济</w:t>
      </w:r>
      <w:r>
        <w:t>,</w:t>
      </w:r>
      <w:r>
        <w:rPr>
          <w:sz w:val="22"/>
        </w:rPr>
        <w:t>农村信用合作社</w:t>
      </w:r>
      <w:r>
        <w:t>,</w:t>
      </w:r>
      <w:r>
        <w:rPr>
          <w:sz w:val="22"/>
        </w:rPr>
        <w:t>社会经济</w:t>
      </w:r>
      <w:r>
        <w:t>,</w:t>
      </w:r>
      <w:r>
        <w:rPr>
          <w:sz w:val="22"/>
        </w:rPr>
        <w:t>人民币存贷款余额</w:t>
        <w:br/>
      </w:r>
      <w:r>
        <w:rPr>
          <w:sz w:val="22"/>
        </w:rPr>
        <w:t>学科关键词：</w:t>
      </w:r>
      <w:r>
        <w:rPr>
          <w:sz w:val="22"/>
        </w:rPr>
        <w:t>人地关系</w:t>
        <w:br/>
      </w:r>
      <w:r>
        <w:rPr>
          <w:sz w:val="22"/>
        </w:rPr>
        <w:t>地点关键词：</w:t>
      </w:r>
      <w:r>
        <w:rPr>
          <w:sz w:val="22"/>
        </w:rPr>
        <w:t>青海</w:t>
        <w:br/>
      </w:r>
      <w:r>
        <w:rPr>
          <w:sz w:val="22"/>
        </w:rPr>
        <w:t>时间关键词：</w:t>
      </w:r>
      <w:r>
        <w:rPr>
          <w:sz w:val="22"/>
        </w:rPr>
        <w:t>1985-2018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青海省统计局. 青海省农村信用合作社人民币存贷款余额（1985-2018）. 国家青藏高原科学数据中心, </w:t>
      </w:r>
      <w:r>
        <w:t>2021</w:t>
      </w:r>
      <w:r>
        <w:t>.[</w:t>
      </w:r>
      <w:r>
        <w:t xml:space="preserve">Qinghai Provincial Bureau of Statistics. Balance of RMB deposits and loans of rural credit cooperatives in Qinghai Province (1985-2018).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