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祁连山综合观测网：黑河流域地表过程综合观测网（阿柔超级站涡动相关仪-2019）</w:t>
      </w:r>
    </w:p>
    <w:p>
      <w:r>
        <w:rPr>
          <w:sz w:val="22"/>
        </w:rPr>
        <w:t>英文标题：Qilian Mountains integrated observatory network: Dataset of Heihe integrated observatory network (eddy covariance system of A’rou Superstation, 2019)</w:t>
      </w:r>
    </w:p>
    <w:p>
      <w:r>
        <w:rPr>
          <w:sz w:val="32"/>
        </w:rPr>
        <w:t>1、摘要</w:t>
      </w:r>
    </w:p>
    <w:p>
      <w:pPr>
        <w:ind w:firstLine="432"/>
      </w:pPr>
      <w:r>
        <w:rPr>
          <w:sz w:val="22"/>
        </w:rPr>
        <w:t>该数据集包含了2019年1月1日至2019年12月31日的黑河流域地表过程综合观测网上游阿柔超级站涡动相关仪观测数据。站点位于青海省祁连县阿柔乡草达坂村，下垫面是亚高山山地草甸。观测点的经纬度是100.4643E, 38.0473N，海拔3033m。涡动相关仪的架高3.5m，采样频率是10Hz，超声朝向是正北向，超声风速仪（CSAT3）与CO2/H2O分析仪（Li7500A）之间的距离是15cm。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由于供电不足，观测数据会有一些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(2018)和Che et al. (2019)，观测数据处理请参考Liu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r>
      <w:r>
        <w:t>,</w:t>
      </w:r>
      <w:r>
        <w:rPr>
          <w:sz w:val="22"/>
        </w:rPr>
        <w:t>海洋</w:t>
      </w:r>
      <w:r>
        <w:t>,</w:t>
      </w:r>
      <w:r>
        <w:rPr>
          <w:sz w:val="22"/>
        </w:rPr>
        <w:t>冰冻圈</w:t>
        <w:br/>
      </w:r>
      <w:r>
        <w:rPr>
          <w:sz w:val="22"/>
        </w:rPr>
        <w:t>地点关键词：</w:t>
      </w:r>
      <w:r>
        <w:rPr>
          <w:sz w:val="22"/>
        </w:rPr>
        <w:t>黑河流域上游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2020-01-14 16:00:00+00:00</w:t>
      </w:r>
      <w:r>
        <w:rPr>
          <w:sz w:val="22"/>
        </w:rPr>
        <w:t>--</w:t>
      </w:r>
      <w:r>
        <w:rPr>
          <w:sz w:val="22"/>
        </w:rPr>
        <w:t>2020-02-18 16:00:00+00:00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祁连山综合观测网：黑河流域地表过程综合观测网（阿柔超级站涡动相关仪-2019）. 国家青藏高原科学数据中心, DOI:10.11888/Meteoro.tpdc.270691, CSTR:18406.11.Meteoro.tpdc.270691, </w:t>
      </w:r>
      <w:r>
        <w:t>2020</w:t>
      </w:r>
      <w:r>
        <w:t>.[</w:t>
      </w:r>
      <w:r>
        <w:t xml:space="preserve">TAN  Junlei, LIU  Shaomin, XU  Ziwei, CHE Tao, ZHANG Yang, REN Zhiguo. Qilian Mountains integrated observatory network: Dataset of Heihe integrated observatory network (eddy covariance system of A’rou Superstation, 2019). National Tibetan Plateau Data Center, DOI:10.11888/Meteoro.tpdc.270691, CSTR:18406.11.Meteoro.tpdc.270691,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