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青海省分地区村卫生室机构数（2008-2020）</w:t>
      </w:r>
    </w:p>
    <w:p>
      <w:r>
        <w:rPr>
          <w:sz w:val="22"/>
        </w:rPr>
        <w:t>英文标题：Number of village clinics by Region in Qinghai Province (2008-2020)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记录了2008-2020年青海省分地区村卫生室机构数的统计数据，数据是按照地区、总计、按设置/主办单位办、按行医方式来划分的，数据表字段包括：村办、乡卫生院、联合办、私人、西医为主、中医为主、中西医等。数据整理自青海省统计局发布的青海省统计年鉴。数据集包含13个数据表，数据表结构不相同。例如2014年的数据表共有10个字段：</w:t>
        <w:br/>
        <w:t>字段1：指标</w:t>
        <w:br/>
        <w:t>字段2：Item</w:t>
        <w:br/>
        <w:t>字段3：西宁市</w:t>
        <w:br/>
        <w:t>字段4：海东市</w:t>
        <w:br/>
        <w:t>字段5：海北州</w:t>
        <w:br/>
        <w:t>字段6：黄南州</w:t>
        <w:br/>
        <w:t>字段7：果洛州</w:t>
        <w:br/>
        <w:t>字段8：玉树州</w:t>
        <w:br/>
        <w:t>字段9：海西州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医疗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2008-2015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3.文件大小：0.197MB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2008-01-30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青海省分地区村卫生室机构数（2008-2020）. 国家青藏高原科学数据中心, </w:t>
      </w:r>
      <w:r>
        <w:t>2021</w:t>
      </w:r>
      <w:r>
        <w:t>.[</w:t>
      </w:r>
      <w:r>
        <w:t xml:space="preserve">Qinghai Provincial Bureau of Statistics. Number of village clinics by Region in Qinghai Province (2008-2020).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