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池州地区花岗闪长岩（斑岩）的LA-ICP-MS锆石分析数据</w:t>
      </w:r>
    </w:p>
    <w:p>
      <w:r>
        <w:rPr>
          <w:sz w:val="22"/>
        </w:rPr>
        <w:t>英文标题：LA-ICP-MS zircon analytical data for the granodiorite (porphyry) from the Chizhou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表格内容包括池州地区花岗闪长岩（斑岩）的锆石年代学及微量元素地球化学数据分析结果等信息。实验方法是LA-ICP-MS。利用合肥工业大学资源与环境工程学院的agilent7500a-ICP-MS仪器和compexpro102193nm波长ArF准分子激光源，对锆石的U-Pb同位素组成进行了分析。分析使用了80mj的激光能量和6hz的重复频率，频率为32μm光斑大小和50秒消融时间。锆石同位素比值用icpmsdatacalv计算。此数据可为池州地区花岗闪长岩（斑岩）日后地球化学模型分析提供数据支持。</w:t>
        <w:br/>
        <w:t>以上数据已发表于SCI高级别期刊，数据真实可靠。数据以Excel表格形式储存。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池州地区花岗闪长岩（斑岩）的LA-ICP-MS锆石分析数据. 国家青藏高原科学数据中心, DOI:doi.org/10.1016/j.oregeorev.2019.04.018, CSTR:, </w:t>
      </w:r>
      <w:r>
        <w:t>2021</w:t>
      </w:r>
      <w:r>
        <w:t>.[</w:t>
      </w:r>
      <w:r>
        <w:t xml:space="preserve">XIE   Jiancheng. LA-ICP-MS zircon analytical data for the granodiorite (porphyry) from the Chizhou region. National Tibetan Plateau Data Center,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