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尕阿错湖泊水质数据集（2017）</w:t>
      </w:r>
    </w:p>
    <w:p>
      <w:r>
        <w:rPr>
          <w:sz w:val="22"/>
        </w:rPr>
        <w:t>英文标题：Water quality dataset of Gaacuo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该数据集包含了尕阿错湖泊观测点垂向剖面水质数据。</w:t>
        <w:br/>
        <w:t>观测时间为2017年7月1日。数据以excel格式存储。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尕阿错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2017-07-16 00:00:00+00:00</w:t>
      </w:r>
      <w:r>
        <w:rPr>
          <w:sz w:val="22"/>
        </w:rPr>
        <w:t>--</w:t>
      </w:r>
      <w:r>
        <w:rPr>
          <w:sz w:val="22"/>
        </w:rPr>
        <w:t>2017-07-16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尕阿错湖泊水质数据集（2017）. 国家青藏高原科学数据中心, DOI:10.11888/Hydro.tpdc.270023, CSTR:18406.11.Hydro.tpdc.270023, </w:t>
      </w:r>
      <w:r>
        <w:t>2018</w:t>
      </w:r>
      <w:r>
        <w:t>.[</w:t>
      </w:r>
      <w:r>
        <w:t xml:space="preserve">HOU   Juzhi. Water quality dataset of Gaacuo Lake (2017). National Tibetan Plateau Data Center, DOI:10.11888/Hydro.tpdc.270023, CSTR:18406.11.Hydro.tpdc.270023,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