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青海省畜产品产量情况（1978-2016）</w:t>
      </w:r>
    </w:p>
    <w:p>
      <w:r>
        <w:rPr>
          <w:sz w:val="22"/>
        </w:rPr>
        <w:t>英文标题：Production of livestock in Qinghai province（1978-2016）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该数据集记录了青海省1978-2016年牲畜存栏、出栏数目，各种肉蛋奶类、羊毛羊绒产品产量等序列数据。数据整理自统计年鉴：《青海社会经济统计年鉴》和《青海统计年鉴》，精度同数据所摘取的统计年鉴。</w:t>
        <w:br/>
        <w:t>数据集包含3个表：牲畜饲养情况，主要畜产品产量，主要牲畜出栏情况。</w:t>
        <w:br/>
        <w:t>数据表1：牲畜饲养情况 数据表共有7个字段</w:t>
        <w:br/>
        <w:t>字段1：年份 解释：数据的年份</w:t>
        <w:br/>
        <w:t>字段2：大牲畜年末存栏 解释：大牲畜年末存栏数目 万头</w:t>
        <w:br/>
        <w:t>字段3：牛 解释：牛末存栏数目 万头</w:t>
        <w:br/>
        <w:t>字段4：马 解释：马末存栏数目 万头</w:t>
        <w:br/>
        <w:t>字段5：羊年末存栏 解释：羊年末存栏数目 万头</w:t>
        <w:br/>
        <w:t>字段6：绵羊 解释：绵羊末存栏数目 万头</w:t>
        <w:br/>
        <w:t>字段7：猪年末存栏 解释：猪年末存栏数目 万头</w:t>
        <w:br/>
        <w:br/>
        <w:t>数据表2：主要牲畜出栏情况 数据表共有5个字段</w:t>
        <w:br/>
        <w:t>字段1：年份 解释：数据的年份</w:t>
        <w:br/>
        <w:t>字段2：大牲畜出栏数  万头</w:t>
        <w:br/>
        <w:t>字段3：羊出栏数 万头</w:t>
        <w:br/>
        <w:t>字段4：肉猪出栏数 万头</w:t>
        <w:br/>
        <w:t>字段5：家禽出栏数 万头</w:t>
        <w:br/>
        <w:br/>
        <w:t>数据表3：主要畜产品产量 数据表共有14个字段</w:t>
        <w:br/>
        <w:t>字段1：年份 解释：数据的年份</w:t>
        <w:br/>
        <w:t>字段2：肉类总产量 解释：肉类总产量 吨</w:t>
        <w:br/>
        <w:t>字段3：猪肉 解释：猪肉产量 吨</w:t>
        <w:br/>
        <w:t>字段4：牛肉 解释：牛肉产量 吨</w:t>
        <w:br/>
        <w:t>字段5：羊肉 解释：羊肉产量 吨</w:t>
        <w:br/>
        <w:t>字段6：其他 解释：其他肉类产量 吨</w:t>
        <w:br/>
        <w:t>字段7：奶类 解释：奶类产量 吨</w:t>
        <w:br/>
        <w:t>字段8：牛奶 解释：牛奶产量 吨</w:t>
        <w:br/>
        <w:t>字段9：羊毛 解释：羊毛产量 吨</w:t>
        <w:br/>
        <w:t>字段10：绵羊毛 解释：绵羊毛产量 吨</w:t>
        <w:br/>
        <w:t>字段11：羊绒 解释：羊绒产量 吨</w:t>
        <w:br/>
        <w:t>字段12：牛毛绒 解释：牛毛绒产量 吨</w:t>
        <w:br/>
        <w:t>字段13：蜂蜜 解释：蜂蜜产量 吨</w:t>
        <w:br/>
        <w:t>字段14：禽蛋 解释：禽蛋产量 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1978-01-18 16:00:00+00:00</w:t>
      </w:r>
      <w:r>
        <w:rPr>
          <w:sz w:val="22"/>
        </w:rPr>
        <w:t>--</w:t>
      </w:r>
      <w:r>
        <w:rPr>
          <w:sz w:val="22"/>
        </w:rPr>
        <w:t>2017-01-17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青海省畜产品产量情况（1978-2016）. 国家青藏高原科学数据中心, </w:t>
      </w:r>
      <w:r>
        <w:t>2018</w:t>
      </w:r>
      <w:r>
        <w:t>.[</w:t>
      </w:r>
      <w:r>
        <w:t xml:space="preserve">Qinghai Provincial Bureau of Statistics. Production of livestock in Qinghai province（1978-2016）.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