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祁连山地区地级市和县级社会经济发展数据集（1949-2018）</w:t>
      </w:r>
    </w:p>
    <w:p>
      <w:r>
        <w:rPr>
          <w:sz w:val="22"/>
        </w:rPr>
        <w:t>英文标题：Qilian Mountain prefecture level city and county level social and economic development data set (1949-2018)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流域社会经济发展数据集包含祁连山流域的5个地级市、14个区县的1949-2015年长时间序列社会经济发展指标，如产业结构、人口规模、劳动力、就业等。分别为祁连山流域地级市社会经济发展数据子集、祁连山流域县级社会经济发展数据子集。</w:t>
        <w:br/>
        <w:t>数据来源于甘肃省统计年鉴、甘肃发展年鉴、青海省统计年鉴、青海省国民经济与社会发展统计公报、全国农产品成本收益资料汇编、西宁市统计年鉴。</w:t>
        <w:br/>
        <w:t>因数据源为公开发布的省级、市级统计年鉴，尚未对数据进行交叉验证，有待在数据分析与应用过程中进行数据的一致性检验和精度验证。</w:t>
        <w:br/>
        <w:t>该数据集是反映祁连山流域社会经济发展的宏观数据集，覆盖面全，时间序列长，可对祁连山流域的社会经济发展变化提供基础信息。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1949-2015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吴锋. 祁连山地区地级市和县级社会经济发展数据集（1949-2018）. 国家青藏高原科学数据中心, </w:t>
      </w:r>
      <w:r>
        <w:t>2019</w:t>
      </w:r>
      <w:r>
        <w:t>.[</w:t>
      </w:r>
      <w:r>
        <w:t xml:space="preserve">WU Feng. Qilian Mountain prefecture level city and county level social and economic development data set (1949-2018).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wufeng@igsnrr.ac.cn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